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166534"/>
          </w:tcPr>
          <w:p>
            <w:pPr>
              <w:spacing w:before="280"/>
            </w:pPr>
            <w:r>
              <w:rPr>
                <w:rFonts w:ascii="Calibri" w:hAnsi="Calibri"/>
                <w:b/>
                <w:color w:val="FFFFFF"/>
                <w:sz w:val="48"/>
              </w:rPr>
              <w:t>YOUR FULL NAME</w:t>
            </w:r>
          </w:p>
          <w:p>
            <w:r>
              <w:rPr>
                <w:rFonts w:ascii="Calibri" w:hAnsi="Calibri"/>
                <w:color w:val="BBF7D0"/>
                <w:sz w:val="22"/>
              </w:rPr>
              <w:t>IT Professional — Career Transition  ·  Self-Taught &amp; Certified  ·  Available Immediately</w:t>
            </w:r>
          </w:p>
          <w:p>
            <w:pPr>
              <w:spacing w:after="280"/>
            </w:pPr>
            <w:r>
              <w:rPr>
                <w:rFonts w:ascii="Calibri" w:hAnsi="Calibri"/>
                <w:color w:val="DCFCE7"/>
                <w:sz w:val="18"/>
              </w:rPr>
              <w:t>📧 your.email@gmail.com  |  📱 +966 5XX XXX XXXX  |  📍 Your City, Country  |  linkedin.com/in/yourname</w:t>
            </w:r>
          </w:p>
        </w:tc>
      </w:tr>
    </w:tbl>
    <w:p/>
    <w:p>
      <w:pPr>
        <w:spacing w:before="240" w:after="40"/>
      </w:pPr>
      <w:r>
        <w:rPr>
          <w:rFonts w:ascii="Calibri" w:hAnsi="Calibri"/>
          <w:b/>
          <w:color w:val="16A34A"/>
          <w:sz w:val="22"/>
        </w:rPr>
        <w:t>🎯  CAREER TRANSITION STATEMENT</w:t>
      </w:r>
    </w:p>
    <w:p>
      <w:pPr>
        <w:spacing w:before="40" w:after="120"/>
        <w:pBdr>
          <w:bottom w:val="single" w:sz="6" w:color="2563eb"/>
        </w:pBdr>
      </w:pPr>
    </w:p>
    <w:p>
      <w:pPr>
        <w:spacing w:after="80" w:before="0"/>
      </w:pPr>
      <w:r>
        <w:rPr>
          <w:rFonts w:ascii="Calibri" w:hAnsi="Calibri"/>
          <w:b w:val="0"/>
          <w:sz w:val="20"/>
        </w:rPr>
        <w:t>Motivated professional transitioning into IT from [Previous Field], bringing [X] years of transferable skills in problem-solving, communication, and analytical thinking. Completed [relevant certifications] to build a strong technical foundation. Eager to apply both domain expertise and newly acquired IT skills in a hands-on support or junior engineering role.</w:t>
      </w:r>
    </w:p>
    <w:p>
      <w:pPr>
        <w:spacing w:before="240" w:after="40"/>
      </w:pPr>
      <w:r>
        <w:rPr>
          <w:rFonts w:ascii="Calibri" w:hAnsi="Calibri"/>
          <w:b/>
          <w:color w:val="16A34A"/>
          <w:sz w:val="22"/>
        </w:rPr>
        <w:t>🎓  IT CERTIFICATIONS &amp; TRAINING (RECENT)</w:t>
      </w:r>
    </w:p>
    <w:p>
      <w:pPr>
        <w:spacing w:before="40" w:after="120"/>
        <w:pBdr>
          <w:bottom w:val="single" w:sz="6" w:color="2563eb"/>
        </w:pBdr>
      </w:pP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CompTIA A+  |  2024  —  Hardware, OS, networking, troubleshooting fundamentals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Microsoft 365 Fundamentals (MS-900)  |  2024  —  Cloud services and M365 basics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ITIL v3 Foundation  |  2024  —  IT service management principles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Google IT Support Certificate (Coursera)  |  2023  —  Networking, OS, security, support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Python for Beginners (HiTecH IT Learning)  |  2024  —  Scripting and automation basics</w:t>
      </w:r>
    </w:p>
    <w:p>
      <w:pPr>
        <w:spacing w:before="240" w:after="40"/>
      </w:pPr>
      <w:r>
        <w:rPr>
          <w:rFonts w:ascii="Calibri" w:hAnsi="Calibri"/>
          <w:b/>
          <w:color w:val="16A34A"/>
          <w:sz w:val="22"/>
        </w:rPr>
        <w:t>💡  TRANSFERABLE TECHNICAL SKILLS</w:t>
      </w:r>
    </w:p>
    <w:p>
      <w:pPr>
        <w:spacing w:before="40" w:after="120"/>
        <w:pBdr>
          <w:bottom w:val="single" w:sz="6" w:color="2563eb"/>
        </w:pBdr>
      </w:pP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Windows 10/11 installation, configuration, and troubleshooting (home lab practice)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Microsoft 365 — Outlook, Teams, OneDrive, SharePoint (daily professional use)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Basic networking concepts — TCP/IP, DNS, DHCP (from certification study)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Ticket management via ServiceNow basics (free course + hands-on practice)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Python scripting fundamentals — wrote 3 automation scripts in personal projects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Hardware assembly and repair — built 2 PCs, replaced components in laptops</w:t>
      </w:r>
    </w:p>
    <w:p>
      <w:pPr>
        <w:spacing w:before="240" w:after="40"/>
      </w:pPr>
      <w:r>
        <w:rPr>
          <w:rFonts w:ascii="Calibri" w:hAnsi="Calibri"/>
          <w:b/>
          <w:color w:val="16A34A"/>
          <w:sz w:val="22"/>
        </w:rPr>
        <w:t>💼  PREVIOUS PROFESSIONAL EXPERIENCE</w:t>
      </w:r>
    </w:p>
    <w:p>
      <w:pPr>
        <w:spacing w:before="40" w:after="120"/>
        <w:pBdr>
          <w:bottom w:val="single" w:sz="6" w:color="2563eb"/>
        </w:pBdr>
      </w:pPr>
    </w:p>
    <w:p>
      <w:r>
        <w:rPr>
          <w:rFonts w:ascii="Calibri" w:hAnsi="Calibri"/>
          <w:b/>
          <w:sz w:val="22"/>
        </w:rPr>
        <w:t xml:space="preserve">[Previous Role Title]  |  </w:t>
      </w:r>
      <w:r>
        <w:rPr>
          <w:rFonts w:ascii="Calibri" w:hAnsi="Calibri"/>
          <w:color w:val="16A34A"/>
          <w:sz w:val="22"/>
        </w:rPr>
        <w:t>[Company Name, City]</w:t>
      </w:r>
    </w:p>
    <w:p>
      <w:pPr>
        <w:spacing w:after="80"/>
      </w:pPr>
      <w:r>
        <w:rPr>
          <w:rFonts w:ascii="Calibri" w:hAnsi="Calibri"/>
          <w:color w:val="64748B"/>
          <w:sz w:val="18"/>
        </w:rPr>
        <w:t>[Start Date] – [End Date]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Highlight a transferable IT-relevant achievement (e.g. automated Excel reporting with macros)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Show problem-solving skills — e.g. "Resolved recurring billing system errors saving X hours/week"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Demonstrate tech use — "Managed CRM system for 50+ client accounts, trained 5 staff"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Show communication skills — "Liaised with IT department for system upgrades, zero downtime achieved"</w:t>
      </w:r>
    </w:p>
    <w:p>
      <w:pPr>
        <w:spacing w:before="240" w:after="40"/>
      </w:pPr>
      <w:r>
        <w:rPr>
          <w:rFonts w:ascii="Calibri" w:hAnsi="Calibri"/>
          <w:b/>
          <w:color w:val="16A34A"/>
          <w:sz w:val="22"/>
        </w:rPr>
        <w:t>🛠️  HOME LAB &amp; PERSONAL PROJECTS</w:t>
      </w:r>
    </w:p>
    <w:p>
      <w:pPr>
        <w:spacing w:before="40" w:after="120"/>
        <w:pBdr>
          <w:bottom w:val="single" w:sz="6" w:color="2563eb"/>
        </w:pBdr>
      </w:pP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Set up home network with Raspberry Pi as local DNS server — learned DHCP and DNS configuration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Built a Python script to automate daily file organisation — 30 min saved weekly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Completed ServiceNow free online training — created test tickets and knowledge articles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Passed CompTIA A+ practice exams with 90%+ score before official certification</w:t>
      </w:r>
    </w:p>
    <w:p>
      <w:pPr>
        <w:spacing w:before="240" w:after="40"/>
      </w:pPr>
      <w:r>
        <w:rPr>
          <w:rFonts w:ascii="Calibri" w:hAnsi="Calibri"/>
          <w:b/>
          <w:color w:val="16A34A"/>
          <w:sz w:val="22"/>
        </w:rPr>
        <w:t>🎓  ACADEMIC BACKGROUND</w:t>
      </w:r>
    </w:p>
    <w:p>
      <w:pPr>
        <w:spacing w:before="40" w:after="120"/>
        <w:pBdr>
          <w:bottom w:val="single" w:sz="6" w:color="2563eb"/>
        </w:pBdr>
      </w:pPr>
    </w:p>
    <w:p>
      <w:pPr>
        <w:spacing w:after="80" w:before="0"/>
      </w:pPr>
      <w:r>
        <w:rPr>
          <w:rFonts w:ascii="Calibri" w:hAnsi="Calibri"/>
          <w:b w:val="0"/>
          <w:sz w:val="20"/>
        </w:rPr>
        <w:t>[Degree or Diploma]  |  [University/College Name]  |  [Year Graduated]</w:t>
      </w:r>
    </w:p>
    <w:p>
      <w:pPr>
        <w:spacing w:before="240" w:after="40"/>
      </w:pPr>
      <w:r>
        <w:rPr>
          <w:rFonts w:ascii="Calibri" w:hAnsi="Calibri"/>
          <w:b/>
          <w:color w:val="9CA3AF"/>
          <w:sz w:val="22"/>
        </w:rPr>
        <w:t>📝  COVER LETTER TIPS (DELETE BEFORE SENDING)</w:t>
      </w:r>
    </w:p>
    <w:p>
      <w:pPr>
        <w:spacing w:before="40" w:after="120"/>
        <w:pBdr>
          <w:bottom w:val="single" w:sz="6" w:color="2563eb"/>
        </w:pBdr>
      </w:pPr>
    </w:p>
    <w:p>
      <w:pPr>
        <w:spacing w:after="60"/>
      </w:pPr>
      <w:r>
        <w:rPr>
          <w:rFonts w:ascii="Calibri" w:hAnsi="Calibri"/>
          <w:i/>
          <w:color w:val="9CA3AF"/>
          <w:sz w:val="19"/>
        </w:rPr>
        <w:t>→  Open with: "As a professional transitioning into IT, I bring [X] years of [relevant experience]..."</w:t>
      </w:r>
    </w:p>
    <w:p>
      <w:pPr>
        <w:spacing w:after="60"/>
      </w:pPr>
      <w:r>
        <w:rPr>
          <w:rFonts w:ascii="Calibri" w:hAnsi="Calibri"/>
          <w:i/>
          <w:color w:val="9CA3AF"/>
          <w:sz w:val="19"/>
        </w:rPr>
        <w:t>→  Address the skills gap directly: "While I am newer to formal IT roles, my certifications and hands-on projects demonstrate..."</w:t>
      </w:r>
    </w:p>
    <w:p>
      <w:pPr>
        <w:spacing w:after="60"/>
      </w:pPr>
      <w:r>
        <w:rPr>
          <w:rFonts w:ascii="Calibri" w:hAnsi="Calibri"/>
          <w:i/>
          <w:color w:val="9CA3AF"/>
          <w:sz w:val="19"/>
        </w:rPr>
        <w:t>→  Emphasise your WHY: "I chose IT because [genuine reason] — this drives my commitment to continuous learning"</w:t>
      </w:r>
    </w:p>
    <w:p>
      <w:pPr>
        <w:spacing w:after="60"/>
      </w:pPr>
      <w:r>
        <w:rPr>
          <w:rFonts w:ascii="Calibri" w:hAnsi="Calibri"/>
          <w:i/>
          <w:color w:val="9CA3AF"/>
          <w:sz w:val="19"/>
        </w:rPr>
        <w:t>→  End with a call to action: "I would welcome the opportunity to discuss how my background can add value to your team"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